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b/>
          <w:i w:val="0"/>
          <w:sz w:val="32"/>
        </w:rPr>
        <w:t>[TITLE OF YOUR THESIS IN CAPITAL LETTERS]</w:t>
      </w:r>
    </w:p>
    <w:p>
      <w:pPr>
        <w:spacing w:after="120"/>
        <w:jc w:val="center"/>
      </w:pPr>
      <w:r>
        <w:rPr>
          <w:b w:val="0"/>
          <w:i w:val="0"/>
          <w:sz w:val="24"/>
        </w:rPr>
        <w:t>By</w:t>
      </w:r>
    </w:p>
    <w:p>
      <w:pPr>
        <w:spacing w:after="120"/>
        <w:jc w:val="center"/>
      </w:pPr>
      <w:r>
        <w:rPr>
          <w:b/>
          <w:i w:val="0"/>
          <w:sz w:val="28"/>
        </w:rPr>
        <w:t>[Your full name]</w:t>
      </w:r>
    </w:p>
    <w:p>
      <w:pPr>
        <w:spacing w:after="480"/>
        <w:jc w:val="center"/>
      </w:pPr>
      <w:r>
        <w:rPr>
          <w:b w:val="0"/>
          <w:i w:val="0"/>
          <w:sz w:val="24"/>
        </w:rPr>
        <w:t>[Registration number]</w:t>
      </w:r>
    </w:p>
    <w:p>
      <w:pPr>
        <w:spacing w:after="120"/>
        <w:jc w:val="center"/>
      </w:pPr>
      <w:r>
        <w:rPr>
          <w:b w:val="0"/>
          <w:i w:val="0"/>
          <w:sz w:val="24"/>
        </w:rPr>
        <w:t>A thesis submitted in partial fulfilment of the requirements for the degree of</w:t>
      </w:r>
    </w:p>
    <w:p>
      <w:pPr>
        <w:spacing w:after="480"/>
        <w:jc w:val="center"/>
      </w:pPr>
      <w:r>
        <w:rPr>
          <w:b/>
          <w:i w:val="0"/>
          <w:sz w:val="26"/>
        </w:rPr>
        <w:t>[MPhil / MS / PhD] in [Subject]</w:t>
      </w:r>
    </w:p>
    <w:p>
      <w:pPr>
        <w:spacing w:after="480"/>
        <w:jc w:val="center"/>
      </w:pPr>
      <w:r>
        <w:rPr>
          <w:b w:val="0"/>
          <w:i w:val="0"/>
          <w:sz w:val="24"/>
        </w:rPr>
        <w:t>Supervisor: [Name and designation]</w:t>
      </w:r>
    </w:p>
    <w:p>
      <w:pPr>
        <w:spacing w:after="480"/>
        <w:jc w:val="center"/>
      </w:pPr>
      <w:r>
        <w:rPr>
          <w:b w:val="0"/>
          <w:i w:val="0"/>
          <w:sz w:val="24"/>
        </w:rPr>
        <w:t>[Department]</w:t>
        <w:br/>
        <w:t>[University]</w:t>
        <w:br/>
        <w:t>[City, Country]</w:t>
        <w:br/>
        <w:t>[Year]</w:t>
      </w:r>
    </w:p>
    <w:p>
      <w:pPr>
        <w:jc w:val="center"/>
      </w:pPr>
      <w:r>
        <w:rPr>
          <w:i/>
          <w:color w:val="5E7480"/>
          <w:sz w:val="18"/>
        </w:rPr>
        <w:t>Template by SajResearch (sajresearch.com). Delete the grey tips before you submit. Always follow your own university’s format guide.</w:t>
      </w:r>
    </w:p>
    <w:p>
      <w:r>
        <w:br w:type="page"/>
      </w:r>
    </w:p>
    <w:p>
      <w:pPr>
        <w:pStyle w:val="Heading1"/>
      </w:pPr>
      <w:r>
        <w:t>Declaration</w:t>
      </w:r>
    </w:p>
    <w:p>
      <w:pPr>
        <w:spacing w:line="276" w:lineRule="auto"/>
      </w:pPr>
      <w:r>
        <w:rPr>
          <w:i/>
          <w:color w:val="5E7480"/>
          <w:sz w:val="22"/>
        </w:rPr>
        <w:t>Tip: State that this work is your own and has not been submitted for any other degree. Your university may give exact wording.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Certificate of Approval</w:t>
      </w:r>
    </w:p>
    <w:p>
      <w:pPr>
        <w:spacing w:line="276" w:lineRule="auto"/>
      </w:pPr>
      <w:r>
        <w:rPr>
          <w:i/>
          <w:color w:val="5E7480"/>
          <w:sz w:val="22"/>
        </w:rPr>
        <w:t>Tip: Your department usually provides this page with signatures of the supervisor and examiners.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Dedication</w:t>
      </w:r>
    </w:p>
    <w:p>
      <w:pPr>
        <w:spacing w:line="276" w:lineRule="auto"/>
      </w:pPr>
      <w:r>
        <w:rPr>
          <w:i/>
          <w:color w:val="5E7480"/>
          <w:sz w:val="22"/>
        </w:rPr>
        <w:t>Tip: Optional. One or two lines.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Acknowledgements</w:t>
      </w:r>
    </w:p>
    <w:p>
      <w:pPr>
        <w:spacing w:line="276" w:lineRule="auto"/>
      </w:pPr>
      <w:r>
        <w:rPr>
          <w:i/>
          <w:color w:val="5E7480"/>
          <w:sz w:val="22"/>
        </w:rPr>
        <w:t>Tip: Thank your supervisor, teachers, participants and family. Half a page is enough.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Abstract</w:t>
      </w:r>
    </w:p>
    <w:p>
      <w:pPr>
        <w:spacing w:line="276" w:lineRule="auto"/>
      </w:pPr>
      <w:r>
        <w:rPr>
          <w:i/>
          <w:color w:val="5E7480"/>
          <w:sz w:val="22"/>
        </w:rPr>
        <w:t>Tip: 150 to 300 words, one paragraph. Cover: purpose, method (design, sample, analysis), main results, and contribution.</w:t>
      </w:r>
    </w:p>
    <w:p>
      <w:pPr>
        <w:spacing w:line="276" w:lineRule="auto"/>
      </w:pPr>
      <w:r>
        <w:rPr>
          <w:i/>
          <w:color w:val="5E7480"/>
          <w:sz w:val="22"/>
        </w:rPr>
        <w:t>Tip: Write it last, after all chapters are finished.</w:t>
      </w:r>
    </w:p>
    <w:p>
      <w:r>
        <w:t>[Write here.]</w:t>
      </w:r>
    </w:p>
    <w:p>
      <w:r>
        <w:rPr>
          <w:b/>
        </w:rPr>
        <w:t xml:space="preserve">Keywords: </w:t>
      </w:r>
      <w:r>
        <w:t>[4 to 6 keywords]</w:t>
      </w:r>
    </w:p>
    <w:p>
      <w:r>
        <w:br w:type="page"/>
      </w:r>
    </w:p>
    <w:p>
      <w:pPr>
        <w:pStyle w:val="Heading1"/>
      </w:pPr>
      <w:r>
        <w:t>Table of Contents</w:t>
      </w:r>
    </w:p>
    <w:p>
      <w:pPr>
        <w:spacing w:line="276" w:lineRule="auto"/>
      </w:pPr>
      <w:r>
        <w:rPr>
          <w:i/>
          <w:color w:val="5E7480"/>
          <w:sz w:val="22"/>
        </w:rPr>
        <w:t>Tip: Word builds this for you from the headings. Right-click the line below and choose "Update field" when your thesis is finished.</w:t>
      </w:r>
    </w:p>
    <w:p>
      <w:r>
        <w:fldChar w:fldCharType="begin"/>
      </w:r>
      <w:r>
        <w:instrText xml:space="preserve">TOC \o "1-3" \h \z \u</w:instrText>
      </w:r>
      <w:r>
        <w:fldChar w:fldCharType="separate"/>
      </w:r>
      <w:r>
        <w:t>Right-click here and choose "Update field".</w:t>
      </w:r>
      <w:r>
        <w:fldChar w:fldCharType="end"/>
      </w:r>
    </w:p>
    <w:p>
      <w:r>
        <w:br w:type="page"/>
      </w:r>
    </w:p>
    <w:p>
      <w:pPr>
        <w:pStyle w:val="Heading1"/>
      </w:pPr>
      <w:r>
        <w:t>List of Tables</w:t>
      </w:r>
    </w:p>
    <w:p>
      <w:pPr>
        <w:spacing w:line="276" w:lineRule="auto"/>
      </w:pPr>
      <w:r>
        <w:rPr>
          <w:i/>
          <w:color w:val="5E7480"/>
          <w:sz w:val="22"/>
        </w:rPr>
        <w:t>Tip: Use Insert → Caption for every table and figure; Word can then build this list (References → Insert Table of Figures).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List of Figures</w:t>
      </w:r>
    </w:p>
    <w:p>
      <w:pPr>
        <w:spacing w:line="276" w:lineRule="auto"/>
      </w:pPr>
      <w:r>
        <w:rPr>
          <w:i/>
          <w:color w:val="5E7480"/>
          <w:sz w:val="22"/>
        </w:rPr>
        <w:t>Tip: Use Insert → Caption for every table and figure; Word can then build this list (References → Insert Table of Figures).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List of Abbreviations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Abbreviation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Full form</w:t>
            </w:r>
          </w:p>
        </w:tc>
      </w:tr>
      <w:tr>
        <w:tc>
          <w:tcPr>
            <w:tcW w:type="dxa" w:w="4320"/>
          </w:tcPr>
          <w:p>
            <w:r>
              <w:t>GHRM</w:t>
            </w:r>
          </w:p>
        </w:tc>
        <w:tc>
          <w:tcPr>
            <w:tcW w:type="dxa" w:w="4320"/>
          </w:tcPr>
          <w:p>
            <w:r>
              <w:t>Green Human Resource Management</w:t>
            </w:r>
          </w:p>
        </w:tc>
      </w:tr>
      <w:tr>
        <w:tc>
          <w:tcPr>
            <w:tcW w:type="dxa" w:w="4320"/>
          </w:tcPr>
          <w:p>
            <w:r>
              <w:t>PLS-SEM</w:t>
            </w:r>
          </w:p>
        </w:tc>
        <w:tc>
          <w:tcPr>
            <w:tcW w:type="dxa" w:w="4320"/>
          </w:tcPr>
          <w:p>
            <w:r>
              <w:t>Partial Least Squares Structural Equation Modelling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Chapter 1: Introduction</w:t>
      </w:r>
    </w:p>
    <w:p>
      <w:pPr>
        <w:spacing w:line="276" w:lineRule="auto"/>
      </w:pPr>
      <w:r>
        <w:rPr>
          <w:i/>
          <w:color w:val="5E7480"/>
          <w:sz w:val="22"/>
        </w:rPr>
        <w:t>Tip: About 10 to 15% of the thesis. It tells the reader what the problem is, what is missing, and what you will do.</w:t>
      </w:r>
    </w:p>
    <w:p>
      <w:pPr>
        <w:pStyle w:val="Heading2"/>
      </w:pPr>
      <w:r>
        <w:t>1.1 Background of the Study</w:t>
      </w:r>
    </w:p>
    <w:p>
      <w:pPr>
        <w:spacing w:line="276" w:lineRule="auto"/>
      </w:pPr>
      <w:r>
        <w:rPr>
          <w:i/>
          <w:color w:val="5E7480"/>
          <w:sz w:val="22"/>
        </w:rPr>
        <w:t>Tip: Start broad (the global or national issue), then narrow to your sector and context. Use recent statistics and citations. 2 to 3 pages.</w:t>
      </w:r>
    </w:p>
    <w:p>
      <w:r>
        <w:t>[Write here.]</w:t>
      </w:r>
    </w:p>
    <w:p>
      <w:pPr>
        <w:pStyle w:val="Heading2"/>
      </w:pPr>
      <w:r>
        <w:t>1.2 Problem Statement</w:t>
      </w:r>
    </w:p>
    <w:p>
      <w:pPr>
        <w:spacing w:line="276" w:lineRule="auto"/>
      </w:pPr>
      <w:r>
        <w:rPr>
          <w:i/>
          <w:color w:val="5E7480"/>
          <w:sz w:val="22"/>
        </w:rPr>
        <w:t>Tip: In one or two paragraphs, state the real problem, who it affects and why it matters now. End with what is not known.</w:t>
      </w:r>
    </w:p>
    <w:p>
      <w:r>
        <w:t>[Write here.]</w:t>
      </w:r>
    </w:p>
    <w:p>
      <w:pPr>
        <w:pStyle w:val="Heading2"/>
      </w:pPr>
      <w:r>
        <w:t>1.3 Research Gap</w:t>
      </w:r>
    </w:p>
    <w:p>
      <w:pPr>
        <w:spacing w:line="276" w:lineRule="auto"/>
      </w:pPr>
      <w:r>
        <w:rPr>
          <w:i/>
          <w:color w:val="5E7480"/>
          <w:sz w:val="22"/>
        </w:rPr>
        <w:t>Tip: Name the gap clearly: a new context, population, variable, method or conflicting findings. Cite 3 to 5 recent papers that show the gap.</w:t>
      </w:r>
    </w:p>
    <w:p>
      <w:r>
        <w:t>[Write here.]</w:t>
      </w:r>
    </w:p>
    <w:p>
      <w:pPr>
        <w:pStyle w:val="Heading2"/>
      </w:pPr>
      <w:r>
        <w:t>1.4 Research Objectives</w:t>
      </w:r>
    </w:p>
    <w:p>
      <w:pPr>
        <w:spacing w:line="276" w:lineRule="auto"/>
      </w:pPr>
      <w:r>
        <w:rPr>
          <w:i/>
          <w:color w:val="5E7480"/>
          <w:sz w:val="22"/>
        </w:rPr>
        <w:t>Tip: One aim, then 3 to 5 objectives, each starting with a verb: to examine, to measure, to compare.</w:t>
      </w:r>
    </w:p>
    <w:p>
      <w:r>
        <w:t>[Write here.]</w:t>
      </w:r>
    </w:p>
    <w:p>
      <w:pPr>
        <w:pStyle w:val="Heading2"/>
      </w:pPr>
      <w:r>
        <w:t>1.5 Research Questions</w:t>
      </w:r>
    </w:p>
    <w:p>
      <w:pPr>
        <w:spacing w:line="276" w:lineRule="auto"/>
      </w:pPr>
      <w:r>
        <w:rPr>
          <w:i/>
          <w:color w:val="5E7480"/>
          <w:sz w:val="22"/>
        </w:rPr>
        <w:t>Tip: One question for each objective, in the same order.</w:t>
      </w:r>
    </w:p>
    <w:p>
      <w:r>
        <w:t>[Write here.]</w:t>
      </w:r>
    </w:p>
    <w:p>
      <w:pPr>
        <w:pStyle w:val="Heading2"/>
      </w:pPr>
      <w:r>
        <w:t>1.6 Significance of the Study</w:t>
      </w:r>
    </w:p>
    <w:p>
      <w:pPr>
        <w:spacing w:line="276" w:lineRule="auto"/>
      </w:pPr>
      <w:r>
        <w:rPr>
          <w:i/>
          <w:color w:val="5E7480"/>
          <w:sz w:val="22"/>
        </w:rPr>
        <w:t>Tip: Theoretical significance (what it adds to knowledge) and practical significance (who can use the results and how).</w:t>
      </w:r>
    </w:p>
    <w:p>
      <w:r>
        <w:t>[Write here.]</w:t>
      </w:r>
    </w:p>
    <w:p>
      <w:pPr>
        <w:pStyle w:val="Heading2"/>
      </w:pPr>
      <w:r>
        <w:t>1.7 Scope and Delimitations</w:t>
      </w:r>
    </w:p>
    <w:p>
      <w:pPr>
        <w:spacing w:line="276" w:lineRule="auto"/>
      </w:pPr>
      <w:r>
        <w:rPr>
          <w:i/>
          <w:color w:val="5E7480"/>
          <w:sz w:val="22"/>
        </w:rPr>
        <w:t>Tip: Where, when and with whom the study was done, and what it does not cover.</w:t>
      </w:r>
    </w:p>
    <w:p>
      <w:r>
        <w:t>[Write here.]</w:t>
      </w:r>
    </w:p>
    <w:p>
      <w:pPr>
        <w:pStyle w:val="Heading2"/>
      </w:pPr>
      <w:r>
        <w:t>1.8 Definitions of Key Terms</w:t>
      </w:r>
    </w:p>
    <w:p>
      <w:pPr>
        <w:spacing w:line="276" w:lineRule="auto"/>
      </w:pPr>
      <w:r>
        <w:rPr>
          <w:i/>
          <w:color w:val="5E7480"/>
          <w:sz w:val="22"/>
        </w:rPr>
        <w:t>Tip: A short definition of each variable, with a citation.</w:t>
      </w:r>
    </w:p>
    <w:p>
      <w:r>
        <w:t>[Write here.]</w:t>
      </w:r>
    </w:p>
    <w:p>
      <w:pPr>
        <w:pStyle w:val="Heading2"/>
      </w:pPr>
      <w:r>
        <w:t>1.9 Organisation of the Thesis</w:t>
      </w:r>
    </w:p>
    <w:p>
      <w:pPr>
        <w:spacing w:line="276" w:lineRule="auto"/>
      </w:pPr>
      <w:r>
        <w:rPr>
          <w:i/>
          <w:color w:val="5E7480"/>
          <w:sz w:val="22"/>
        </w:rPr>
        <w:t>Tip: One short paragraph describing each chapter.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Chapter 2: Literature Review</w:t>
      </w:r>
    </w:p>
    <w:p>
      <w:pPr>
        <w:spacing w:line="276" w:lineRule="auto"/>
      </w:pPr>
      <w:r>
        <w:rPr>
          <w:i/>
          <w:color w:val="5E7480"/>
          <w:sz w:val="22"/>
        </w:rPr>
        <w:t>Tip: About 25% of the thesis. Organise by theme or variable, not by author. Compare studies (synthesis) and build up to each hypothesis.</w:t>
      </w:r>
    </w:p>
    <w:p>
      <w:pPr>
        <w:pStyle w:val="Heading2"/>
      </w:pPr>
      <w:r>
        <w:t>2.1 Introduction</w:t>
      </w:r>
    </w:p>
    <w:p>
      <w:pPr>
        <w:spacing w:line="276" w:lineRule="auto"/>
      </w:pPr>
      <w:r>
        <w:rPr>
          <w:i/>
          <w:color w:val="5E7480"/>
          <w:sz w:val="22"/>
        </w:rPr>
        <w:t>Tip: Tell the reader what this chapter covers, in one paragraph.</w:t>
      </w:r>
    </w:p>
    <w:p>
      <w:r>
        <w:t>[Write here.]</w:t>
      </w:r>
    </w:p>
    <w:p>
      <w:pPr>
        <w:pStyle w:val="Heading2"/>
      </w:pPr>
      <w:r>
        <w:t>2.2 Underpinning Theory</w:t>
      </w:r>
    </w:p>
    <w:p>
      <w:pPr>
        <w:spacing w:line="276" w:lineRule="auto"/>
      </w:pPr>
      <w:r>
        <w:rPr>
          <w:i/>
          <w:color w:val="5E7480"/>
          <w:sz w:val="22"/>
        </w:rPr>
        <w:t>Tip: Explain the main theory, who developed it, and why it explains your relationships.</w:t>
      </w:r>
    </w:p>
    <w:p>
      <w:r>
        <w:t>[Write here.]</w:t>
      </w:r>
    </w:p>
    <w:p>
      <w:pPr>
        <w:pStyle w:val="Heading2"/>
      </w:pPr>
      <w:r>
        <w:t>2.3 Key Variables</w:t>
      </w:r>
    </w:p>
    <w:p>
      <w:pPr>
        <w:spacing w:line="276" w:lineRule="auto"/>
      </w:pPr>
      <w:r>
        <w:rPr>
          <w:i/>
          <w:color w:val="5E7480"/>
          <w:sz w:val="22"/>
        </w:rPr>
        <w:t>Tip: One sub-section per variable: definition, dimensions and what earlier studies found.</w:t>
      </w:r>
    </w:p>
    <w:p>
      <w:r>
        <w:t>[Write here.]</w:t>
      </w:r>
    </w:p>
    <w:p>
      <w:pPr>
        <w:pStyle w:val="Heading2"/>
      </w:pPr>
      <w:r>
        <w:t>2.4 Hypotheses Development</w:t>
      </w:r>
    </w:p>
    <w:p>
      <w:pPr>
        <w:spacing w:line="276" w:lineRule="auto"/>
      </w:pPr>
      <w:r>
        <w:rPr>
          <w:i/>
          <w:color w:val="5E7480"/>
          <w:sz w:val="22"/>
        </w:rPr>
        <w:t>Tip: One sub-section per hypothesis: theory, earlier findings, your context, then the hypothesis statement.</w:t>
      </w:r>
    </w:p>
    <w:p>
      <w:pPr>
        <w:pStyle w:val="Heading3"/>
      </w:pPr>
      <w:r>
        <w:t>2.4.1 [X] and [Y]</w:t>
      </w:r>
    </w:p>
    <w:p>
      <w:r>
        <w:t>[Write here.]</w:t>
      </w:r>
    </w:p>
    <w:p>
      <w:r>
        <w:rPr>
          <w:b/>
        </w:rPr>
        <w:t xml:space="preserve">H1: </w:t>
      </w:r>
      <w:r>
        <w:t>[Write the hypothesis here.]</w:t>
      </w:r>
    </w:p>
    <w:p>
      <w:pPr>
        <w:pStyle w:val="Heading3"/>
      </w:pPr>
      <w:r>
        <w:t>2.4.2 [X] and [M]</w:t>
      </w:r>
    </w:p>
    <w:p>
      <w:r>
        <w:t>[Write here.]</w:t>
      </w:r>
    </w:p>
    <w:p>
      <w:r>
        <w:rPr>
          <w:b/>
        </w:rPr>
        <w:t xml:space="preserve">H2: </w:t>
      </w:r>
      <w:r>
        <w:t>[Write the hypothesis here.]</w:t>
      </w:r>
    </w:p>
    <w:p>
      <w:pPr>
        <w:pStyle w:val="Heading3"/>
      </w:pPr>
      <w:r>
        <w:t>2.4.3 The mediating role of [M]</w:t>
      </w:r>
    </w:p>
    <w:p>
      <w:r>
        <w:t>[Write here.]</w:t>
      </w:r>
    </w:p>
    <w:p>
      <w:r>
        <w:rPr>
          <w:b/>
        </w:rPr>
        <w:t xml:space="preserve">H3: </w:t>
      </w:r>
      <w:r>
        <w:t>[Write the hypothesis here.]</w:t>
      </w:r>
    </w:p>
    <w:p>
      <w:pPr>
        <w:pStyle w:val="Heading2"/>
      </w:pPr>
      <w:r>
        <w:t>2.5 Conceptual Framework</w:t>
      </w:r>
    </w:p>
    <w:p>
      <w:pPr>
        <w:spacing w:line="276" w:lineRule="auto"/>
      </w:pPr>
      <w:r>
        <w:rPr>
          <w:i/>
          <w:color w:val="5E7480"/>
          <w:sz w:val="22"/>
        </w:rPr>
        <w:t>Tip: Insert your framework figure (SajResearch draws it for you) and explain each arrow in one or two lines.</w:t>
      </w:r>
    </w:p>
    <w:p>
      <w:r>
        <w:t>[Write here.]</w:t>
      </w:r>
    </w:p>
    <w:p>
      <w:pPr>
        <w:pStyle w:val="Heading2"/>
      </w:pPr>
      <w:r>
        <w:t>2.6 Summary</w:t>
      </w:r>
    </w:p>
    <w:p>
      <w:pPr>
        <w:spacing w:line="276" w:lineRule="auto"/>
      </w:pPr>
      <w:r>
        <w:rPr>
          <w:i/>
          <w:color w:val="5E7480"/>
          <w:sz w:val="22"/>
        </w:rPr>
        <w:t>Tip: Summarise the chapter in one paragraph.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Chapter 3: Research Methodology</w:t>
      </w:r>
    </w:p>
    <w:p>
      <w:pPr>
        <w:spacing w:line="276" w:lineRule="auto"/>
      </w:pPr>
      <w:r>
        <w:rPr>
          <w:i/>
          <w:color w:val="5E7480"/>
          <w:sz w:val="22"/>
        </w:rPr>
        <w:t>Tip: About 15% of the thesis. Every choice needs a reason and a citation.</w:t>
      </w:r>
    </w:p>
    <w:p>
      <w:pPr>
        <w:pStyle w:val="Heading2"/>
      </w:pPr>
      <w:r>
        <w:t>3.1 Research Philosophy and Approach</w:t>
      </w:r>
    </w:p>
    <w:p>
      <w:pPr>
        <w:spacing w:line="276" w:lineRule="auto"/>
      </w:pPr>
      <w:r>
        <w:rPr>
          <w:i/>
          <w:color w:val="5E7480"/>
          <w:sz w:val="22"/>
        </w:rPr>
        <w:t>Tip: For example: positivism and a deductive approach, because the study tests hypotheses from theory.</w:t>
      </w:r>
    </w:p>
    <w:p>
      <w:r>
        <w:t>[Write here.]</w:t>
      </w:r>
    </w:p>
    <w:p>
      <w:pPr>
        <w:pStyle w:val="Heading2"/>
      </w:pPr>
      <w:r>
        <w:t>3.2 Research Design</w:t>
      </w:r>
    </w:p>
    <w:p>
      <w:pPr>
        <w:spacing w:line="276" w:lineRule="auto"/>
      </w:pPr>
      <w:r>
        <w:rPr>
          <w:i/>
          <w:color w:val="5E7480"/>
          <w:sz w:val="22"/>
        </w:rPr>
        <w:t>Tip: Quantitative, qualitative or mixed; survey, experiment or case study; cross-sectional or longitudinal.</w:t>
      </w:r>
    </w:p>
    <w:p>
      <w:r>
        <w:t>[Write here.]</w:t>
      </w:r>
    </w:p>
    <w:p>
      <w:pPr>
        <w:pStyle w:val="Heading2"/>
      </w:pPr>
      <w:r>
        <w:t>3.3 Population and Unit of Analysis</w:t>
      </w:r>
    </w:p>
    <w:p>
      <w:pPr>
        <w:spacing w:line="276" w:lineRule="auto"/>
      </w:pPr>
      <w:r>
        <w:rPr>
          <w:i/>
          <w:color w:val="5E7480"/>
          <w:sz w:val="22"/>
        </w:rPr>
        <w:t>Tip: Who the results apply to, how many they are, and whether one row is a person, firm or country.</w:t>
      </w:r>
    </w:p>
    <w:p>
      <w:r>
        <w:t>[Write here.]</w:t>
      </w:r>
    </w:p>
    <w:p>
      <w:pPr>
        <w:pStyle w:val="Heading2"/>
      </w:pPr>
      <w:r>
        <w:t>3.4 Sampling Technique</w:t>
      </w:r>
    </w:p>
    <w:p>
      <w:pPr>
        <w:spacing w:line="276" w:lineRule="auto"/>
      </w:pPr>
      <w:r>
        <w:rPr>
          <w:i/>
          <w:color w:val="5E7480"/>
          <w:sz w:val="22"/>
        </w:rPr>
        <w:t>Tip: Name the technique (e.g. convenience, stratified) and why you used it.</w:t>
      </w:r>
    </w:p>
    <w:p>
      <w:r>
        <w:t>[Write here.]</w:t>
      </w:r>
    </w:p>
    <w:p>
      <w:pPr>
        <w:pStyle w:val="Heading2"/>
      </w:pPr>
      <w:r>
        <w:t>3.5 Sample Size</w:t>
      </w:r>
    </w:p>
    <w:p>
      <w:pPr>
        <w:spacing w:line="276" w:lineRule="auto"/>
      </w:pPr>
      <w:r>
        <w:rPr>
          <w:i/>
          <w:color w:val="5E7480"/>
          <w:sz w:val="22"/>
        </w:rPr>
        <w:t>Tip: Give the method and the number, e.g. Krejcie and Morgan (1970) or the inverse square root method (Kock &amp; Hadaya, 2018). SajResearch’s Sample Size Calculator gives you a ready sentence.</w:t>
      </w:r>
    </w:p>
    <w:p>
      <w:r>
        <w:t>[Write here.]</w:t>
      </w:r>
    </w:p>
    <w:p>
      <w:pPr>
        <w:pStyle w:val="Heading2"/>
      </w:pPr>
      <w:r>
        <w:t>3.6 Research Instrument and Measures</w:t>
      </w:r>
    </w:p>
    <w:p>
      <w:pPr>
        <w:spacing w:line="276" w:lineRule="auto"/>
      </w:pPr>
      <w:r>
        <w:rPr>
          <w:i/>
          <w:color w:val="5E7480"/>
          <w:sz w:val="22"/>
        </w:rPr>
        <w:t>Tip: Describe the questionnaire and give the source of every scale.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Variable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Number of items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Source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Scale</w:t>
            </w:r>
          </w:p>
        </w:tc>
      </w:tr>
      <w:tr>
        <w:tc>
          <w:tcPr>
            <w:tcW w:type="dxa" w:w="2160"/>
          </w:tcPr>
          <w:p>
            <w:r>
              <w:t>[Variable 1]</w:t>
            </w:r>
          </w:p>
        </w:tc>
        <w:tc>
          <w:tcPr>
            <w:tcW w:type="dxa" w:w="2160"/>
          </w:tcPr>
          <w:p>
            <w:r>
              <w:t>[5]</w:t>
            </w:r>
          </w:p>
        </w:tc>
        <w:tc>
          <w:tcPr>
            <w:tcW w:type="dxa" w:w="2160"/>
          </w:tcPr>
          <w:p>
            <w:r>
              <w:t>[Author (Year)]</w:t>
            </w:r>
          </w:p>
        </w:tc>
        <w:tc>
          <w:tcPr>
            <w:tcW w:type="dxa" w:w="2160"/>
          </w:tcPr>
          <w:p>
            <w:r>
              <w:t>5-point Likert</w:t>
            </w:r>
          </w:p>
        </w:tc>
      </w:tr>
      <w:tr>
        <w:tc>
          <w:tcPr>
            <w:tcW w:type="dxa" w:w="2160"/>
          </w:tcPr>
          <w:p>
            <w:r>
              <w:t>[Variable 2]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[Variable 3]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2"/>
      </w:pPr>
      <w:r>
        <w:t>3.7 Pilot Study</w:t>
      </w:r>
    </w:p>
    <w:p>
      <w:pPr>
        <w:spacing w:line="276" w:lineRule="auto"/>
      </w:pPr>
      <w:r>
        <w:rPr>
          <w:i/>
          <w:color w:val="5E7480"/>
          <w:sz w:val="22"/>
        </w:rPr>
        <w:t>Tip: How many people, what you checked, and what you changed.</w:t>
      </w:r>
    </w:p>
    <w:p>
      <w:r>
        <w:t>[Write here.]</w:t>
      </w:r>
    </w:p>
    <w:p>
      <w:pPr>
        <w:pStyle w:val="Heading2"/>
      </w:pPr>
      <w:r>
        <w:t>3.8 Data Collection Procedure</w:t>
      </w:r>
    </w:p>
    <w:p>
      <w:pPr>
        <w:spacing w:line="276" w:lineRule="auto"/>
      </w:pPr>
      <w:r>
        <w:rPr>
          <w:i/>
          <w:color w:val="5E7480"/>
          <w:sz w:val="22"/>
        </w:rPr>
        <w:t>Tip: How, when and where you collected the data; questionnaires distributed, returned and usable.</w:t>
      </w:r>
    </w:p>
    <w:p>
      <w:r>
        <w:t>[Write here.]</w:t>
      </w:r>
    </w:p>
    <w:p>
      <w:pPr>
        <w:pStyle w:val="Heading2"/>
      </w:pPr>
      <w:r>
        <w:t>3.9 Ethical Considerations</w:t>
      </w:r>
    </w:p>
    <w:p>
      <w:pPr>
        <w:spacing w:line="276" w:lineRule="auto"/>
      </w:pPr>
      <w:r>
        <w:rPr>
          <w:i/>
          <w:color w:val="5E7480"/>
          <w:sz w:val="22"/>
        </w:rPr>
        <w:t>Tip: Approval, informed consent, anonymity, confidentiality and safe storage of data.</w:t>
      </w:r>
    </w:p>
    <w:p>
      <w:r>
        <w:t>[Write here.]</w:t>
      </w:r>
    </w:p>
    <w:p>
      <w:pPr>
        <w:pStyle w:val="Heading2"/>
      </w:pPr>
      <w:r>
        <w:t>3.10 Data Analysis Techniques</w:t>
      </w:r>
    </w:p>
    <w:p>
      <w:pPr>
        <w:spacing w:line="276" w:lineRule="auto"/>
      </w:pPr>
      <w:r>
        <w:rPr>
          <w:i/>
          <w:color w:val="5E7480"/>
          <w:sz w:val="22"/>
        </w:rPr>
        <w:t>Tip: The tests and the software, in the order you used them, e.g. descriptive statistics, measurement model, structural model in SajResearch (PLS-SEM).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Chapter 4: Results</w:t>
      </w:r>
    </w:p>
    <w:p>
      <w:pPr>
        <w:spacing w:line="276" w:lineRule="auto"/>
      </w:pPr>
      <w:r>
        <w:rPr>
          <w:i/>
          <w:color w:val="5E7480"/>
          <w:sz w:val="22"/>
        </w:rPr>
        <w:t>Tip: Report what you found, with numbers, tables and figures. No literature and no opinions here. Use the past tense.</w:t>
      </w:r>
    </w:p>
    <w:p>
      <w:pPr>
        <w:pStyle w:val="Heading2"/>
      </w:pPr>
      <w:r>
        <w:t>4.1 Response Rate</w:t>
      </w:r>
    </w:p>
    <w:p>
      <w:pPr>
        <w:spacing w:line="276" w:lineRule="auto"/>
      </w:pPr>
      <w:r>
        <w:rPr>
          <w:i/>
          <w:color w:val="5E7480"/>
          <w:sz w:val="22"/>
        </w:rPr>
        <w:t>Tip: Distributed, returned, usable, and the response rate.</w:t>
      </w:r>
    </w:p>
    <w:p>
      <w:r>
        <w:t>[Write here.]</w:t>
      </w:r>
    </w:p>
    <w:p>
      <w:pPr>
        <w:pStyle w:val="Heading2"/>
      </w:pPr>
      <w:r>
        <w:t>4.2 Respondent Profile</w:t>
      </w:r>
    </w:p>
    <w:p>
      <w:pPr>
        <w:spacing w:line="276" w:lineRule="auto"/>
      </w:pPr>
      <w:r>
        <w:rPr>
          <w:i/>
          <w:color w:val="5E7480"/>
          <w:sz w:val="22"/>
        </w:rPr>
        <w:t>Tip: A table of gender, age, education and experience, with counts and percentages.</w:t>
      </w:r>
    </w:p>
    <w:p>
      <w:r>
        <w:t>[Write here.]</w:t>
      </w:r>
    </w:p>
    <w:p>
      <w:pPr>
        <w:pStyle w:val="Heading2"/>
      </w:pPr>
      <w:r>
        <w:t>4.3 Data Screening</w:t>
      </w:r>
    </w:p>
    <w:p>
      <w:pPr>
        <w:spacing w:line="276" w:lineRule="auto"/>
      </w:pPr>
      <w:r>
        <w:rPr>
          <w:i/>
          <w:color w:val="5E7480"/>
          <w:sz w:val="22"/>
        </w:rPr>
        <w:t>Tip: Missing values, careless answers, outliers, normality and common method bias.</w:t>
      </w:r>
    </w:p>
    <w:p>
      <w:r>
        <w:t>[Write here.]</w:t>
      </w:r>
    </w:p>
    <w:p>
      <w:pPr>
        <w:pStyle w:val="Heading2"/>
      </w:pPr>
      <w:r>
        <w:t>4.4 Measurement Model</w:t>
      </w:r>
    </w:p>
    <w:p>
      <w:pPr>
        <w:spacing w:line="276" w:lineRule="auto"/>
      </w:pPr>
      <w:r>
        <w:rPr>
          <w:i/>
          <w:color w:val="5E7480"/>
          <w:sz w:val="22"/>
        </w:rPr>
        <w:t>Tip: Loadings, Cronbach’s alpha, composite reliability, AVE, and HTMT / Fornell–Larcker. Paste the tables from SajResearch.</w:t>
      </w:r>
    </w:p>
    <w:p>
      <w:r>
        <w:t>[Write here.]</w:t>
      </w:r>
    </w:p>
    <w:p>
      <w:pPr>
        <w:pStyle w:val="Heading2"/>
      </w:pPr>
      <w:r>
        <w:t>4.5 Structural Model</w:t>
      </w:r>
    </w:p>
    <w:p>
      <w:pPr>
        <w:spacing w:line="276" w:lineRule="auto"/>
      </w:pPr>
      <w:r>
        <w:rPr>
          <w:i/>
          <w:color w:val="5E7480"/>
          <w:sz w:val="22"/>
        </w:rPr>
        <w:t>Tip: Collinearity (VIF), R², f² and Q².</w:t>
      </w:r>
    </w:p>
    <w:p>
      <w:r>
        <w:t>[Write here.]</w:t>
      </w:r>
    </w:p>
    <w:p>
      <w:pPr>
        <w:pStyle w:val="Heading2"/>
      </w:pPr>
      <w:r>
        <w:t>4.6 Hypothesis Testing</w:t>
      </w:r>
    </w:p>
    <w:p>
      <w:pPr>
        <w:spacing w:line="276" w:lineRule="auto"/>
      </w:pPr>
      <w:r>
        <w:rPr>
          <w:i/>
          <w:color w:val="5E7480"/>
          <w:sz w:val="22"/>
        </w:rPr>
        <w:t>Tip: One table with every hypothesis. Write "Supported" or "Not supported", never "proved".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Hypothesis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Path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β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 value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 value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Decision</w:t>
            </w:r>
          </w:p>
        </w:tc>
      </w:tr>
      <w:tr>
        <w:tc>
          <w:tcPr>
            <w:tcW w:type="dxa" w:w="1440"/>
          </w:tcPr>
          <w:p>
            <w:r>
              <w:t>H1</w:t>
            </w:r>
          </w:p>
        </w:tc>
        <w:tc>
          <w:tcPr>
            <w:tcW w:type="dxa" w:w="1440"/>
          </w:tcPr>
          <w:p>
            <w:r>
              <w:t>X → 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H2</w:t>
            </w:r>
          </w:p>
        </w:tc>
        <w:tc>
          <w:tcPr>
            <w:tcW w:type="dxa" w:w="1440"/>
          </w:tcPr>
          <w:p>
            <w:r>
              <w:t>X → M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H3</w:t>
            </w:r>
          </w:p>
        </w:tc>
        <w:tc>
          <w:tcPr>
            <w:tcW w:type="dxa" w:w="1440"/>
          </w:tcPr>
          <w:p>
            <w:r>
              <w:t>X → M → Y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pPr>
        <w:pStyle w:val="Heading2"/>
      </w:pPr>
      <w:r>
        <w:t>4.7 Mediation and Moderation</w:t>
      </w:r>
    </w:p>
    <w:p>
      <w:pPr>
        <w:spacing w:line="276" w:lineRule="auto"/>
      </w:pPr>
      <w:r>
        <w:rPr>
          <w:i/>
          <w:color w:val="5E7480"/>
          <w:sz w:val="22"/>
        </w:rPr>
        <w:t>Tip: Indirect effects with confidence intervals; for moderation, the interaction term and a simple slope plot.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Chapter 5: Discussion and Conclusion</w:t>
      </w:r>
    </w:p>
    <w:p>
      <w:pPr>
        <w:spacing w:line="276" w:lineRule="auto"/>
      </w:pPr>
      <w:r>
        <w:rPr>
          <w:i/>
          <w:color w:val="5E7480"/>
          <w:sz w:val="22"/>
        </w:rPr>
        <w:t>Tip: Explain what the results mean and why, comparing them with earlier studies. No new numbers here.</w:t>
      </w:r>
    </w:p>
    <w:p>
      <w:pPr>
        <w:pStyle w:val="Heading2"/>
      </w:pPr>
      <w:r>
        <w:t>5.1 Discussion of Findings</w:t>
      </w:r>
    </w:p>
    <w:p>
      <w:pPr>
        <w:spacing w:line="276" w:lineRule="auto"/>
      </w:pPr>
      <w:r>
        <w:rPr>
          <w:i/>
          <w:color w:val="5E7480"/>
          <w:sz w:val="22"/>
        </w:rPr>
        <w:t>Tip: One sub-section per hypothesis: restate the result in words, compare with earlier studies, explain why using your theory, and say what it means in your context.</w:t>
      </w:r>
    </w:p>
    <w:p>
      <w:r>
        <w:t>[Write here.]</w:t>
      </w:r>
    </w:p>
    <w:p>
      <w:pPr>
        <w:pStyle w:val="Heading2"/>
      </w:pPr>
      <w:r>
        <w:t>5.2 Theoretical Implications</w:t>
      </w:r>
    </w:p>
    <w:p>
      <w:pPr>
        <w:spacing w:line="276" w:lineRule="auto"/>
      </w:pPr>
      <w:r>
        <w:rPr>
          <w:i/>
          <w:color w:val="5E7480"/>
          <w:sz w:val="22"/>
        </w:rPr>
        <w:t>Tip: What your study adds to the theory and the literature.</w:t>
      </w:r>
    </w:p>
    <w:p>
      <w:r>
        <w:t>[Write here.]</w:t>
      </w:r>
    </w:p>
    <w:p>
      <w:pPr>
        <w:pStyle w:val="Heading2"/>
      </w:pPr>
      <w:r>
        <w:t>5.3 Practical Implications</w:t>
      </w:r>
    </w:p>
    <w:p>
      <w:pPr>
        <w:spacing w:line="276" w:lineRule="auto"/>
      </w:pPr>
      <w:r>
        <w:rPr>
          <w:i/>
          <w:color w:val="5E7480"/>
          <w:sz w:val="22"/>
        </w:rPr>
        <w:t>Tip: Specific advice for managers, teachers or policy makers.</w:t>
      </w:r>
    </w:p>
    <w:p>
      <w:r>
        <w:t>[Write here.]</w:t>
      </w:r>
    </w:p>
    <w:p>
      <w:pPr>
        <w:pStyle w:val="Heading2"/>
      </w:pPr>
      <w:r>
        <w:t>5.4 Limitations</w:t>
      </w:r>
    </w:p>
    <w:p>
      <w:pPr>
        <w:spacing w:line="276" w:lineRule="auto"/>
      </w:pPr>
      <w:r>
        <w:rPr>
          <w:i/>
          <w:color w:val="5E7480"/>
          <w:sz w:val="22"/>
        </w:rPr>
        <w:t>Tip: Honest and specific, e.g. cross-sectional data, convenience sampling, self-reported answers.</w:t>
      </w:r>
    </w:p>
    <w:p>
      <w:r>
        <w:t>[Write here.]</w:t>
      </w:r>
    </w:p>
    <w:p>
      <w:pPr>
        <w:pStyle w:val="Heading2"/>
      </w:pPr>
      <w:r>
        <w:t>5.5 Future Research</w:t>
      </w:r>
    </w:p>
    <w:p>
      <w:pPr>
        <w:spacing w:line="276" w:lineRule="auto"/>
      </w:pPr>
      <w:r>
        <w:rPr>
          <w:i/>
          <w:color w:val="5E7480"/>
          <w:sz w:val="22"/>
        </w:rPr>
        <w:t>Tip: One suggestion for each limitation, plus new questions your results raise.</w:t>
      </w:r>
    </w:p>
    <w:p>
      <w:r>
        <w:t>[Write here.]</w:t>
      </w:r>
    </w:p>
    <w:p>
      <w:pPr>
        <w:pStyle w:val="Heading2"/>
      </w:pPr>
      <w:r>
        <w:t>5.6 Conclusion</w:t>
      </w:r>
    </w:p>
    <w:p>
      <w:pPr>
        <w:spacing w:line="276" w:lineRule="auto"/>
      </w:pPr>
      <w:r>
        <w:rPr>
          <w:i/>
          <w:color w:val="5E7480"/>
          <w:sz w:val="22"/>
        </w:rPr>
        <w:t>Tip: Answer each research question in the same order as Chapter 1, then state your contribution. No new results or citations.</w:t>
      </w:r>
    </w:p>
    <w:p>
      <w:r>
        <w:t>[Write here.]</w:t>
      </w:r>
    </w:p>
    <w:p>
      <w:r>
        <w:br w:type="page"/>
      </w:r>
    </w:p>
    <w:p>
      <w:pPr>
        <w:pStyle w:val="Heading1"/>
      </w:pPr>
      <w:r>
        <w:t>References</w:t>
      </w:r>
    </w:p>
    <w:p>
      <w:pPr>
        <w:spacing w:line="276" w:lineRule="auto"/>
      </w:pPr>
      <w:r>
        <w:rPr>
          <w:i/>
          <w:color w:val="5E7480"/>
          <w:sz w:val="22"/>
        </w:rPr>
        <w:t>Tip: APA 7: sorted by the first author’s family name, with a hanging indent. Every in-text citation must be here, and every reference must be cited in the text.</w:t>
      </w:r>
    </w:p>
    <w:p>
      <w:pPr>
        <w:spacing w:line="276" w:lineRule="auto"/>
      </w:pPr>
      <w:r>
        <w:rPr>
          <w:i/>
          <w:color w:val="5E7480"/>
          <w:sz w:val="22"/>
        </w:rPr>
        <w:t>Tip: SajResearch’s Citation Maker formats your references and copies them straight into Word.</w:t>
      </w:r>
    </w:p>
    <w:p>
      <w:r>
        <w:t>[Paste your references here.]</w:t>
      </w:r>
    </w:p>
    <w:p>
      <w:r>
        <w:br w:type="page"/>
      </w:r>
    </w:p>
    <w:p>
      <w:pPr>
        <w:pStyle w:val="Heading1"/>
      </w:pPr>
      <w:r>
        <w:t>Appendices</w:t>
      </w:r>
    </w:p>
    <w:p>
      <w:pPr>
        <w:spacing w:line="276" w:lineRule="auto"/>
      </w:pPr>
      <w:r>
        <w:rPr>
          <w:i/>
          <w:color w:val="5E7480"/>
          <w:sz w:val="22"/>
        </w:rPr>
        <w:t>Tip: Appendix A: Questionnaire. Appendix B: Consent form. Appendix C: Permission letter. Appendix D: Extra tables.</w:t>
      </w:r>
    </w:p>
    <w:p>
      <w:r>
        <w:t>[Write here.]</w:t>
      </w:r>
    </w:p>
    <w:sectPr w:rsidR="00FC693F" w:rsidRPr="0006063C" w:rsidSect="00034616">
      <w:footerReference w:type="default" r:id="rId9"/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jc w:val="center"/>
      <w:outlineLvl w:val="0"/>
    </w:pPr>
    <w:rPr>
      <w:rFonts w:ascii="Times New Roman" w:hAnsi="Times New Roman" w:eastAsia="Times New Roman" w:cs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Times New Roman" w:hAnsi="Times New Roman" w:eastAsia="Times New Roman" w:cs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Times New Roman" w:hAnsi="Times New Roman" w:eastAsia="Times New Roman" w:cs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