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sz w:val="26"/>
        </w:rPr>
        <w:t>Research Synopsis</w:t>
      </w:r>
    </w:p>
    <w:p>
      <w:pPr>
        <w:spacing w:after="360"/>
        <w:jc w:val="center"/>
      </w:pPr>
      <w:r>
        <w:rPr>
          <w:b/>
          <w:i w:val="0"/>
          <w:sz w:val="30"/>
        </w:rPr>
        <w:t>[TITLE OF YOUR STUDY]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Student name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  <w:tr>
        <w:tc>
          <w:tcPr>
            <w:tcW w:type="dxa" w:w="4320"/>
          </w:tcPr>
          <w:p>
            <w:r>
              <w:t>Registration number</w:t>
            </w:r>
          </w:p>
        </w:tc>
        <w:tc>
          <w:tcPr>
            <w:tcW w:type="dxa" w:w="4320"/>
          </w:tcPr>
          <w:p>
            <w:r>
              <w:t>[Number]</w:t>
            </w:r>
          </w:p>
        </w:tc>
      </w:tr>
      <w:tr>
        <w:tc>
          <w:tcPr>
            <w:tcW w:type="dxa" w:w="4320"/>
          </w:tcPr>
          <w:p>
            <w:r>
              <w:t>Programme</w:t>
            </w:r>
          </w:p>
        </w:tc>
        <w:tc>
          <w:tcPr>
            <w:tcW w:type="dxa" w:w="4320"/>
          </w:tcPr>
          <w:p>
            <w:r>
              <w:t>[MPhil / MS / PhD] in [Subject]</w:t>
            </w:r>
          </w:p>
        </w:tc>
      </w:tr>
      <w:tr>
        <w:tc>
          <w:tcPr>
            <w:tcW w:type="dxa" w:w="4320"/>
          </w:tcPr>
          <w:p>
            <w:r>
              <w:t>Supervisor</w:t>
            </w:r>
          </w:p>
        </w:tc>
        <w:tc>
          <w:tcPr>
            <w:tcW w:type="dxa" w:w="4320"/>
          </w:tcPr>
          <w:p>
            <w:r>
              <w:t>[Name and designation]</w:t>
            </w:r>
          </w:p>
        </w:tc>
      </w:tr>
      <w:tr>
        <w:tc>
          <w:tcPr>
            <w:tcW w:type="dxa" w:w="4320"/>
          </w:tcPr>
          <w:p>
            <w:r>
              <w:t>Department and university</w:t>
            </w:r>
          </w:p>
        </w:tc>
        <w:tc>
          <w:tcPr>
            <w:tcW w:type="dxa" w:w="4320"/>
          </w:tcPr>
          <w:p>
            <w:r>
              <w:t>[Department], [University]</w:t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pPr>
        <w:jc w:val="center"/>
      </w:pPr>
      <w:r>
        <w:rPr>
          <w:i/>
          <w:color w:val="5E7480"/>
          <w:sz w:val="18"/>
        </w:rPr>
        <w:t>Template by SajResearch (sajresearch.com). Delete the grey tips before you submit. Always follow your own university’s format guide.</w:t>
      </w:r>
    </w:p>
    <w:p>
      <w:r>
        <w:br w:type="page"/>
      </w:r>
    </w:p>
    <w:p>
      <w:pPr>
        <w:pStyle w:val="Heading2"/>
      </w:pPr>
      <w:r>
        <w:t>1. Introduction and Background</w:t>
      </w:r>
    </w:p>
    <w:p>
      <w:pPr>
        <w:spacing w:line="276" w:lineRule="auto"/>
      </w:pPr>
      <w:r>
        <w:rPr>
          <w:i/>
          <w:color w:val="5E7480"/>
          <w:sz w:val="22"/>
        </w:rPr>
        <w:t>Tip: The topic, why it matters, and the context, in 1 to 2 pages with recent citations.</w:t>
      </w:r>
    </w:p>
    <w:p>
      <w:r>
        <w:t>[Write here.]</w:t>
      </w:r>
    </w:p>
    <w:p>
      <w:pPr>
        <w:pStyle w:val="Heading2"/>
      </w:pPr>
      <w:r>
        <w:t>2. Problem Statement</w:t>
      </w:r>
    </w:p>
    <w:p>
      <w:pPr>
        <w:spacing w:line="276" w:lineRule="auto"/>
      </w:pPr>
      <w:r>
        <w:rPr>
          <w:i/>
          <w:color w:val="5E7480"/>
          <w:sz w:val="22"/>
        </w:rPr>
        <w:t>Tip: The real problem in one or two paragraphs.</w:t>
      </w:r>
    </w:p>
    <w:p>
      <w:r>
        <w:t>[Write here.]</w:t>
      </w:r>
    </w:p>
    <w:p>
      <w:pPr>
        <w:pStyle w:val="Heading2"/>
      </w:pPr>
      <w:r>
        <w:t>3. Research Gap</w:t>
      </w:r>
    </w:p>
    <w:p>
      <w:pPr>
        <w:spacing w:line="276" w:lineRule="auto"/>
      </w:pPr>
      <w:r>
        <w:rPr>
          <w:i/>
          <w:color w:val="5E7480"/>
          <w:sz w:val="22"/>
        </w:rPr>
        <w:t>Tip: What earlier studies have not answered, with 3 to 5 recent citations.</w:t>
      </w:r>
    </w:p>
    <w:p>
      <w:r>
        <w:t>[Write here.]</w:t>
      </w:r>
    </w:p>
    <w:p>
      <w:pPr>
        <w:pStyle w:val="Heading2"/>
      </w:pPr>
      <w:r>
        <w:t>4. Research Objectives</w:t>
      </w:r>
    </w:p>
    <w:p>
      <w:pPr>
        <w:spacing w:line="276" w:lineRule="auto"/>
      </w:pPr>
      <w:r>
        <w:rPr>
          <w:i/>
          <w:color w:val="5E7480"/>
          <w:sz w:val="22"/>
        </w:rPr>
        <w:t>Tip: 3 to 5 objectives starting with a verb.</w:t>
      </w:r>
    </w:p>
    <w:p>
      <w:r>
        <w:t>[Write here.]</w:t>
      </w:r>
    </w:p>
    <w:p>
      <w:pPr>
        <w:pStyle w:val="Heading2"/>
      </w:pPr>
      <w:r>
        <w:t>5. Research Questions</w:t>
      </w:r>
    </w:p>
    <w:p>
      <w:pPr>
        <w:spacing w:line="276" w:lineRule="auto"/>
      </w:pPr>
      <w:r>
        <w:rPr>
          <w:i/>
          <w:color w:val="5E7480"/>
          <w:sz w:val="22"/>
        </w:rPr>
        <w:t>Tip: One question for each objective.</w:t>
      </w:r>
    </w:p>
    <w:p>
      <w:r>
        <w:t>[Write here.]</w:t>
      </w:r>
    </w:p>
    <w:p>
      <w:pPr>
        <w:pStyle w:val="Heading2"/>
      </w:pPr>
      <w:r>
        <w:t>6. Hypotheses</w:t>
      </w:r>
    </w:p>
    <w:p>
      <w:pPr>
        <w:spacing w:line="276" w:lineRule="auto"/>
      </w:pPr>
      <w:r>
        <w:rPr>
          <w:i/>
          <w:color w:val="5E7480"/>
          <w:sz w:val="22"/>
        </w:rPr>
        <w:t>Tip: One for every arrow in your framework.</w:t>
      </w:r>
    </w:p>
    <w:p>
      <w:r>
        <w:rPr>
          <w:b/>
        </w:rPr>
        <w:t xml:space="preserve">H1: </w:t>
      </w:r>
      <w:r>
        <w:t>[Hypothesis]</w:t>
      </w:r>
    </w:p>
    <w:p>
      <w:r>
        <w:rPr>
          <w:b/>
        </w:rPr>
        <w:t xml:space="preserve">H2: </w:t>
      </w:r>
      <w:r>
        <w:t>[Hypothesis]</w:t>
      </w:r>
    </w:p>
    <w:p>
      <w:r>
        <w:rPr>
          <w:b/>
        </w:rPr>
        <w:t xml:space="preserve">H3: </w:t>
      </w:r>
      <w:r>
        <w:t>[Hypothesis]</w:t>
      </w:r>
    </w:p>
    <w:p>
      <w:pPr>
        <w:pStyle w:val="Heading2"/>
      </w:pPr>
      <w:r>
        <w:t>7. Significance of the Study</w:t>
      </w:r>
    </w:p>
    <w:p>
      <w:pPr>
        <w:spacing w:line="276" w:lineRule="auto"/>
      </w:pPr>
      <w:r>
        <w:rPr>
          <w:i/>
          <w:color w:val="5E7480"/>
          <w:sz w:val="22"/>
        </w:rPr>
        <w:t>Tip: Theoretical and practical value.</w:t>
      </w:r>
    </w:p>
    <w:p>
      <w:r>
        <w:t>[Write here.]</w:t>
      </w:r>
    </w:p>
    <w:p>
      <w:pPr>
        <w:pStyle w:val="Heading2"/>
      </w:pPr>
      <w:r>
        <w:t>8. Brief Literature Review</w:t>
      </w:r>
    </w:p>
    <w:p>
      <w:pPr>
        <w:spacing w:line="276" w:lineRule="auto"/>
      </w:pPr>
      <w:r>
        <w:rPr>
          <w:i/>
          <w:color w:val="5E7480"/>
          <w:sz w:val="22"/>
        </w:rPr>
        <w:t>Tip: The underpinning theory and the key studies on each relationship, organised by variable. 3 to 5 pages.</w:t>
      </w:r>
    </w:p>
    <w:p>
      <w:r>
        <w:t>[Write here.]</w:t>
      </w:r>
    </w:p>
    <w:p>
      <w:pPr>
        <w:pStyle w:val="Heading2"/>
      </w:pPr>
      <w:r>
        <w:t>9. Conceptual Framework</w:t>
      </w:r>
    </w:p>
    <w:p>
      <w:pPr>
        <w:spacing w:line="276" w:lineRule="auto"/>
      </w:pPr>
      <w:r>
        <w:rPr>
          <w:i/>
          <w:color w:val="5E7480"/>
          <w:sz w:val="22"/>
        </w:rPr>
        <w:t>Tip: Insert the framework figure; SajResearch draws it from your hypotheses.</w:t>
      </w:r>
    </w:p>
    <w:p>
      <w:r>
        <w:t>[Write here.]</w:t>
      </w:r>
    </w:p>
    <w:p>
      <w:pPr>
        <w:pStyle w:val="Heading2"/>
      </w:pPr>
      <w:r>
        <w:t>10. Research Methodology</w:t>
      </w:r>
    </w:p>
    <w:p>
      <w:pPr>
        <w:spacing w:line="276" w:lineRule="auto"/>
      </w:pPr>
      <w:r>
        <w:rPr>
          <w:i/>
          <w:color w:val="5E7480"/>
          <w:sz w:val="22"/>
        </w:rPr>
        <w:t>Tip: Short paragraphs, each with a reason.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Element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Your choice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Reason or source</w:t>
            </w:r>
          </w:p>
        </w:tc>
      </w:tr>
      <w:tr>
        <w:tc>
          <w:tcPr>
            <w:tcW w:type="dxa" w:w="2880"/>
          </w:tcPr>
          <w:p>
            <w:r>
              <w:t>Philosophy and approach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Research design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Population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Sampling technique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Sample size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e.g. Krejcie &amp; Morgan (1970)</w:t>
            </w:r>
          </w:p>
        </w:tc>
      </w:tr>
      <w:tr>
        <w:tc>
          <w:tcPr>
            <w:tcW w:type="dxa" w:w="2880"/>
          </w:tcPr>
          <w:p>
            <w:r>
              <w:t>Instrument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Sources of the scales</w:t>
            </w:r>
          </w:p>
        </w:tc>
      </w:tr>
      <w:tr>
        <w:tc>
          <w:tcPr>
            <w:tcW w:type="dxa" w:w="2880"/>
          </w:tcPr>
          <w:p>
            <w:r>
              <w:t>Data analysis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e.g. PLS-SEM in SajResearch</w:t>
            </w:r>
          </w:p>
        </w:tc>
      </w:tr>
    </w:tbl>
    <w:p/>
    <w:p>
      <w:pPr>
        <w:pStyle w:val="Heading2"/>
      </w:pPr>
      <w:r>
        <w:t>11. Work Plan (Timeline)</w:t>
      </w:r>
    </w:p>
    <w:p>
      <w:pPr>
        <w:spacing w:line="276" w:lineRule="auto"/>
      </w:pPr>
      <w:r>
        <w:rPr>
          <w:i/>
          <w:color w:val="5E7480"/>
          <w:sz w:val="22"/>
        </w:rPr>
        <w:t>Tip: Mark the months for each task with an X.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Task / Month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2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3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4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5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6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7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8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9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10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11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12</w:t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Literature review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Synopsis approval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Questionnaire and pilot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Data collection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Data analysis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Writing chapters 4 and 5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line="240" w:lineRule="auto"/>
            </w:pPr>
            <w:r>
              <w:rPr>
                <w:sz w:val="20"/>
              </w:rPr>
              <w:t>Final thesis and submission</w:t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  <w:tc>
          <w:tcPr>
            <w:tcW w:type="dxa" w:w="432"/>
          </w:tcPr>
          <w:p>
            <w:pPr>
              <w:spacing w:line="240" w:lineRule="auto"/>
            </w:pPr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12. References</w:t>
      </w:r>
    </w:p>
    <w:p>
      <w:pPr>
        <w:spacing w:line="276" w:lineRule="auto"/>
      </w:pPr>
      <w:r>
        <w:rPr>
          <w:i/>
          <w:color w:val="5E7480"/>
          <w:sz w:val="22"/>
        </w:rPr>
        <w:t>Tip: APA 7, sorted by author. Use SajResearch’s Citation Maker.</w:t>
      </w:r>
    </w:p>
    <w:p>
      <w:r>
        <w:t>[Write here.]</w:t>
      </w:r>
    </w:p>
    <w:sectPr w:rsidR="00FC693F" w:rsidRPr="0006063C" w:rsidSect="00034616">
      <w:footerReference w:type="default" r:id="rId9"/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jc w:val="center"/>
      <w:outlineLvl w:val="0"/>
    </w:pPr>
    <w:rPr>
      <w:rFonts w:ascii="Times New Roman" w:hAnsi="Times New Roman" w:eastAsia="Times New Roman" w:cs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Times New Roman" w:hAnsi="Times New Roman" w:eastAsia="Times New Roman" w:cs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Times New Roman" w:hAnsi="Times New Roman" w:eastAsia="Times New Roman" w:cs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